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STAR להכנת סיפור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מצב, משימה, פעולה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סוגי הסיפורים: הצלחה, קושי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היה האתגר או מה היה צריך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סוגי סיפורים: הצלחה, קושי ועבודת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מציין שזה דווקא החלק הארוך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(איפה ומתי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היה האתגר או המטרה)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קרה בסוף ומה למדתי)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סוג הסיפור: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המצב -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המשימה - מה היה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הפעולה - מה עשיתי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חלקים ברורים, כל חלק עונה על השאלה המתאימה לו, הסיפור קצר וממוקד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מצב, משימה, פעולה, תוצאה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הצלחה, קושי או כישלון,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שסיפור ארוך מדי עלול להיות משעמם או לא ממוקד בראיון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לשלוש קבוצות, כל קבוצה מתמקדת בסוג סיפור אחר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אחת מלאה של סיפור STAR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הסיפור שכתבו בקול רם כדי להתרגל לדיבור בראיון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שיטת STAR, שיטה לבניית סיפור מסודר לראיון עבודה. השיטה עוזרת לענות בצורה ברורה על שאלות כמו 'ספר לי על הצלחה שלך'.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משימה  ·  מצב  ·  פעולה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מייצגת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שואלים בחלק ה-T (משימה)?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 ומתי זה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היה האתגר או מה היה 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עשיתי בפועל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חלק ה-S הוא משפט רקע קצר על איפה ומתי קרה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STAR יש רק סיפור אחד שאפשר להכין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חלק הפעולה (A) הוא החלק הקצר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הראשונה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השנייה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האות השלישית בשיטת STAR מסמלת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חלק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עשיתי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T -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היה האתגר או המטרה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R -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איפה ומתי קרה הדבר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בניית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הפעולה - מה עשיתי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המשימה - מה היה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המצב - איפה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סוג הסיפור: הצלחה, קושי או עבודת 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משלושת סוגי הסיפורים (הצלחה, קושי, עבודת צוות) וכתבו סיפור קצר לפי מבנה STAR - מצב, משימה, פעולה, תוצאה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הן ארבע האותיות בשיטת STAR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סוגי סיפורים אפשר להכין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סיפורי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