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סיפורי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STAR להכנת סיפור לראיון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מצב, משימה, פעולה ותוצאה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שלושת סוגי הסיפורים: הצלחה, קושי ועבודת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מה היה האתגר או מה היה צריך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מה קרה בסוף ומה 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שלושה סוגי סיפורים: הצלחה, קושי ועבודת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מציין שזה דווקא החלק הארוך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אחד משלושת הסוגים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הדף מציג מונה מילים ושניות דיבור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(איפה ומתי קרה הדבר)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(מה היה האתגר או המטרה)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(מה עשיתי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קרה בסוף ומה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(סיפור על הישג משמעותי)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(סיפור על שיתוף פעולה עם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בניית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את סוג הסיפור: הצלחה, קושי או 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המצב - איפה ומתי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את המשימה - מה היה האתגר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את הפעולה - מה עשיתי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את התוצאה - מה קרה בסוף ומה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קוראים את הסיפור בקול ובודקים את אורכו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סיפור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ארבעה חלקים ברורים, כל חלק עונה על השאלה המתאימה לו, הסיפור קצר וממוקד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זה החלק שמראה למראיין מה המועמד עשה בפועל, היכולות והתהליך האישי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מצב, משימה, פעולה, תוצאה עם הסבר קצר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הצלחה, קושי או כישלון,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להבנה שסיפור ארוך מדי עלול להיות משעמם או לא ממוקד בראיון אמיתי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לשלוש קבוצות, כל קבוצה מתמקדת בסוג סיפור אחר ומציגה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אחת מלאה של סיפור STAR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לקרוא את הסיפור שכתבו בקול רם כדי להתרגל לדיבור בראיון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בונה סיפורי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שיטה בשם STAR. היא עוזרת לבנות סיפור קצר וברור לראיון עבודה. יש בה ארבעה חלקים.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לבניית סיפור מראיון: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מצב (S)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 ומתי קרה הסיפור - משפט רקע קצר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משימה (T)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היה האתגר או מה היה צריך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פעולה (A)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עשיתי בפועל - החלק הארוך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 (R)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בסוף ומה למדתי מזה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משותפת עם אנשים נוספים להשגת מטרה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כישלון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דבר מה לא הצליח כמתוכנן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S מסמלת?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הכי 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שואלים בחלק T?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ומתי זה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היה האתגר או מה היה צריך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עשיתי בפועל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קרה בסוף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סוגי סיפורים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שואלים בחלק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קרה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היה האתגר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עשיתי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קרה בסוף ומה למדתי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ה-S הוא משפט רקע קצר על איפה ומתי קרה הסיפור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STAR יש רק סיפור אחד שאפשר להכין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הפעולה (A) הוא החלק הקצר ביותר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מסוגי הסיפורים עוסק בקושי או כישלון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הסיפור אפשר לבדוק כמה מילים נכתבו וכמה זמן דיבור משוער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הראשונה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השנייה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האות השלישית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האות הרביעית בשיטת STAR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מסוגי הסיפורים עוסק בעבודת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בחלק המצב כותבים איפה ו__________ קרה הסיפור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חלק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S -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עשיתי כדי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T - משימה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קרה בסוף ומה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 -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איפה ומתי קרה הדבר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R -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היה האתגר או המטרה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סוג סיפור: הצלחה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על שיתוף פעולה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סוג סיפור: עבודת צוות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סיפור על הישג משמעותי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בניית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המצב - איפה ומתי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המשימה - מה היה האתגר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הפעולה - מה עשיתי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סוג הסיפור: הצלחה, קושי או עבודת 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הסיפור בקול ובודקים את אורכו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התוצאה - מה קרה בסוף ומה למדתי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סוגי הסיפורים (הצלחה, קושי, עבודת צוות) וכתבו סיפור קצר לפי מבנה STAR - מצב, משימה, פעולה, תוצאה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לדעתכם חשוב שחלק הפעולה (A) יהיה הארוך ביותר בסיפור ראיון?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הן ארבע האותיות בשיטת STAR ומה כל אחת מסמלת?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שלושה סוגי סיפורים אפשר להכין לפי הדף?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כדאי לבדוק את אורך הסיפור (מילים וזמן דיבור) לפני הראיון?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בונה סיפורי STAR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