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סיפורי STAR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STAR להכנת סיפור 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מצב, משימה, פעולה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שלושת סוגי הסיפורים: הצלחה, קושי ועבודת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היה האתגר או מה היה צריך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מה קרה בסוף ומה למדתי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סוגי סיפורים: הצלחה, קושי ועבודת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הדף מציין שזה דווקא החלק הארוך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משלושת הסוגים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הדף מציג מונה מילים ושניות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(איפה ומתי קרה הדבר)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היה האתגר או המטרה)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(מה עשיתי כדי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קרה בסוף ומה למדתי)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(סיפור על הישג משמעותי)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(סיפור על שיתוף פעולה עם 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בניית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סוג הסיפור: הצלחה, קושי או עבודת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המצב - איפה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את המשימה - מה היה האתגר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את הפעולה - מה עשיתי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את התוצאה - מה קרה בסוף ומה למדתי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קוראים את הסיפור בקול ובודקים את אורכו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סיפור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ארבעה חלקים ברורים, כל חלק עונה על השאלה המתאימה לו, הסיפור קצר וממוקד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זה החלק שמראה למראיין מה המועמד עשה בפועל, היכולות והתהליך האישי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מצב, משימה, פעולה, תוצאה עם הסבר קצר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הצלחה, קושי או כישלון, 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שסיפור ארוך מדי עלול להיות משעמם או לא ממוקד בראיון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לשלוש קבוצות, כל קבוצה מתמקדת בסוג סיפור אחר ומציגה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אחת מלאה של סיפור STAR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לקרוא את הסיפור שכתבו בקול רם כדי להתרגל לדיבור בראיון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סיפורי STAR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שיטת STAR, שיטה לבניית סיפור מסודר לראיון עבודה. השיטה עוזרת לענות בצורה ברורה על שאלות כמו 'ספר לי על הצלחה שלך'.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מייצגת האות S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חלק בסיפור STAR הוא בדרך כלל הארוך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שואלים בחלק ה-T (משימה)?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ומתי זה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היה האתגר או מה היה צריך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עשיתי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קרה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סוגי סיפורים מופיעים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שואלים בחלק ה-R (תוצאה)?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קרה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היה האתגר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עשיתי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קרה בסוף ומה למדתי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ה-S הוא משפט רקע קצר על איפה ומתי קרה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STAR יש רק סיפור אחד שאפשר להכין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הפעולה (A) הוא החלק הקצר ביותר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מסוגי הסיפורים עוסק בקושי או כישלון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אפשר לבדוק כמה מילים נכתבו וכמה זמן דיבור משוער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הראשונה בשיטת STAR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השנייה בשיטת STAR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האות השלישית בשיטת STAR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האות הרביעית בשיטת STAR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מסוגי הסיפורים עוסק בעבודת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בחלק המצב כותבים איפה ו__________ קרה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חלק לשאלה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S -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קרה בסוף ומה למדתי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T -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איפה ומתי קרה הדבר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A -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היה האתגר או המטרה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R -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על הישג משמעותי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סוג סיפור: הצלחה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על שיתוף פעולה עם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סוג סיפור: עבודת צוות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עשיתי כדי להתמודד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בניית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המשימה - מה היה האתגר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הסיפור בקול ובודקים את אורכו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המצב - איפה ומתי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סוג הסיפור: הצלחה, קושי או עבודת 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הפעולה - מה עשיתי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התוצאה - מה קרה בסוף ומה למדתי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סיפור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משלושת סוגי הסיפורים (הצלחה, קושי, עבודת צוות) וכתבו סיפור קצר לפי מבנה STAR - מצב, משימה, פעולה, תוצאה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שחלק הפעולה (A) יהיה הארוך ביותר בסיפור ראיון?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הן ארבע האותיות בשיטת STAR ומה כל אחת מסמלת?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סוגי סיפורים אפשר להכין לפי הדף?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כדאי לבדוק את אורך הסיפור (מילים וזמן דיבור) לפני הראיון?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סיפורי STAR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